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Ignite Christian Academy</w:t>
        <w:br/>
        <w:t>Employee Ethical Standards</w:t>
      </w:r>
    </w:p>
    <w:p>
      <w:pPr>
        <w:jc w:val="center"/>
      </w:pPr>
      <w:r>
        <w:rPr>
          <w:i/>
        </w:rPr>
        <w:t>[Insert Ignite Christian Academy Logo Here]</w:t>
      </w:r>
    </w:p>
    <w:p>
      <w:r>
        <w:rPr>
          <w:b/>
        </w:rPr>
        <w:t xml:space="preserve">Policy Number: </w:t>
      </w:r>
      <w:r>
        <w:t>ICA-HR-001</w:t>
      </w:r>
    </w:p>
    <w:p>
      <w:r>
        <w:rPr>
          <w:b/>
        </w:rPr>
        <w:t xml:space="preserve">Effective Date: </w:t>
      </w:r>
      <w:r>
        <w:t>____________</w:t>
      </w:r>
    </w:p>
    <w:p>
      <w:r>
        <w:rPr>
          <w:b/>
        </w:rPr>
        <w:t xml:space="preserve">Approved By: </w:t>
      </w:r>
      <w:r>
        <w:t>Board of Directors</w:t>
      </w:r>
    </w:p>
    <w:p>
      <w:pPr>
        <w:pStyle w:val="Heading1"/>
      </w:pPr>
      <w:r>
        <w:t>Purpose</w:t>
      </w:r>
    </w:p>
    <w:p>
      <w:r>
        <w:t>Ignite Christian Academy exists to glorify God by providing a Christ-centered education that nurtures students academically, spiritually, socially, and emotionally. Every employee, volunteer, administrator, board member, and contractor entrusted with the care of students is expected to demonstrate the highest standards of Christian character, professionalism, and ethical conduct.</w:t>
        <w:br/>
        <w:br/>
        <w:t>Employees shall conduct themselves in a manner that reflects the love of Christ while protecting the safety, dignity, and wellbeing of every student.</w:t>
      </w:r>
    </w:p>
    <w:p>
      <w:pPr>
        <w:pStyle w:val="Heading1"/>
      </w:pPr>
      <w:r>
        <w:t>Biblical Foundation</w:t>
      </w:r>
    </w:p>
    <w:p>
      <w:r>
        <w:t>Ignite Christian Academy believes every child is created in the image of God and possesses inherent dignity and worth.</w:t>
        <w:br/>
        <w:br/>
        <w:t>Employees are expected to model integrity, honesty, compassion, patience, self-control, humility, respect, servant leadership, and accountability.</w:t>
        <w:br/>
        <w:br/>
        <w:t>"Whatever you do, work heartily, as for the Lord." — Colossians 3:23</w:t>
        <w:br/>
        <w:t>"Let your light shine before others." — Matthew 5:16</w:t>
      </w:r>
    </w:p>
    <w:p>
      <w:pPr>
        <w:pStyle w:val="Heading1"/>
      </w:pPr>
      <w:r>
        <w:t>Professional Standards</w:t>
      </w:r>
    </w:p>
    <w:p>
      <w:r>
        <w:rPr>
          <w:b/>
        </w:rPr>
        <w:t>Protect Students</w:t>
      </w:r>
    </w:p>
    <w:p>
      <w:pPr>
        <w:pStyle w:val="ListBullet"/>
      </w:pPr>
      <w:r>
        <w:t>Protect students from harmful conditions.</w:t>
      </w:r>
    </w:p>
    <w:p>
      <w:pPr>
        <w:pStyle w:val="ListBullet"/>
      </w:pPr>
      <w:r>
        <w:t>Never endanger, humiliate, bully, or leave students unsupervised.</w:t>
      </w:r>
    </w:p>
    <w:p>
      <w:pPr>
        <w:pStyle w:val="ListBullet"/>
      </w:pPr>
      <w:r>
        <w:t>Use appropriate discipline that preserves student dignity.</w:t>
      </w:r>
    </w:p>
    <w:p>
      <w:r>
        <w:rPr>
          <w:b/>
        </w:rPr>
        <w:t>Maintain Professional Boundaries</w:t>
      </w:r>
    </w:p>
    <w:p>
      <w:pPr>
        <w:pStyle w:val="ListBullet"/>
      </w:pPr>
      <w:r>
        <w:t>Maintain appropriate professional relationships.</w:t>
      </w:r>
    </w:p>
    <w:p>
      <w:pPr>
        <w:pStyle w:val="ListBullet"/>
      </w:pPr>
      <w:r>
        <w:t>Never engage in romantic or sexual conduct with students.</w:t>
      </w:r>
    </w:p>
    <w:p>
      <w:pPr>
        <w:pStyle w:val="ListBullet"/>
      </w:pPr>
      <w:r>
        <w:t>Do not communicate with students in secretive ways or use students for personal gain.</w:t>
      </w:r>
    </w:p>
    <w:p>
      <w:r>
        <w:rPr>
          <w:b/>
        </w:rPr>
        <w:t>Respect Every Student</w:t>
      </w:r>
    </w:p>
    <w:p>
      <w:pPr>
        <w:pStyle w:val="ListBullet"/>
      </w:pPr>
      <w:r>
        <w:t>Treat every student fairly and respectfully.</w:t>
      </w:r>
    </w:p>
    <w:p>
      <w:pPr>
        <w:pStyle w:val="ListBullet"/>
      </w:pPr>
      <w:r>
        <w:t>Honor individual learning differences.</w:t>
      </w:r>
    </w:p>
    <w:p>
      <w:pPr>
        <w:pStyle w:val="ListBullet"/>
      </w:pPr>
      <w:r>
        <w:t>Do not discriminate or harass.</w:t>
      </w:r>
    </w:p>
    <w:p>
      <w:r>
        <w:rPr>
          <w:b/>
        </w:rPr>
        <w:t>Demonstrate Christian Character</w:t>
      </w:r>
    </w:p>
    <w:p>
      <w:pPr>
        <w:pStyle w:val="ListBullet"/>
      </w:pPr>
      <w:r>
        <w:t>Model honesty, kindness, patience, humility, forgiveness, and self-control.</w:t>
      </w:r>
    </w:p>
    <w:p>
      <w:pPr>
        <w:pStyle w:val="ListBullet"/>
      </w:pPr>
      <w:r>
        <w:t>Correct misconduct firmly but with love and dignity.</w:t>
      </w:r>
    </w:p>
    <w:p>
      <w:r>
        <w:rPr>
          <w:b/>
        </w:rPr>
        <w:t>Integrity</w:t>
      </w:r>
    </w:p>
    <w:p>
      <w:pPr>
        <w:pStyle w:val="ListBullet"/>
      </w:pPr>
      <w:r>
        <w:t>Maintain accurate records.</w:t>
      </w:r>
    </w:p>
    <w:p>
      <w:pPr>
        <w:pStyle w:val="ListBullet"/>
      </w:pPr>
      <w:r>
        <w:t>Protect confidential information.</w:t>
      </w:r>
    </w:p>
    <w:p>
      <w:pPr>
        <w:pStyle w:val="ListBullet"/>
      </w:pPr>
      <w:r>
        <w:t>Avoid conflicts of interest and misuse of school resources.</w:t>
      </w:r>
    </w:p>
    <w:p>
      <w:r>
        <w:rPr>
          <w:b/>
        </w:rPr>
        <w:t>Professional Relationships</w:t>
      </w:r>
    </w:p>
    <w:p>
      <w:pPr>
        <w:pStyle w:val="ListBullet"/>
      </w:pPr>
      <w:r>
        <w:t>Treat parents and coworkers respectfully.</w:t>
      </w:r>
    </w:p>
    <w:p>
      <w:pPr>
        <w:pStyle w:val="ListBullet"/>
      </w:pPr>
      <w:r>
        <w:t>Avoid gossip and support a healthy ministry culture.</w:t>
      </w:r>
    </w:p>
    <w:p>
      <w:r>
        <w:rPr>
          <w:b/>
        </w:rPr>
        <w:t>Digital Communication</w:t>
      </w:r>
    </w:p>
    <w:p>
      <w:pPr>
        <w:pStyle w:val="ListBullet"/>
      </w:pPr>
      <w:r>
        <w:t>Use school-approved communication methods.</w:t>
      </w:r>
    </w:p>
    <w:p>
      <w:pPr>
        <w:pStyle w:val="ListBullet"/>
      </w:pPr>
      <w:r>
        <w:t>Include parents or another staff member whenever practical.</w:t>
      </w:r>
    </w:p>
    <w:p>
      <w:pPr>
        <w:pStyle w:val="ListBullet"/>
      </w:pPr>
      <w:r>
        <w:t>Never engage in secretive messaging with students.</w:t>
      </w:r>
    </w:p>
    <w:p>
      <w:pPr>
        <w:pStyle w:val="Heading1"/>
      </w:pPr>
      <w:r>
        <w:t>Mandatory Training</w:t>
      </w:r>
    </w:p>
    <w:p>
      <w:r>
        <w:t>All employees, volunteers, administrators, owners, and instructional staff shall complete annual training on ethical standards, child abuse recognition, mandatory reporting, professional boundaries, student safety, sexual misconduct prevention, and emergency procedures. Documentation shall be maintained in each personnel file.</w:t>
      </w:r>
    </w:p>
    <w:p>
      <w:pPr>
        <w:pStyle w:val="Heading1"/>
      </w:pPr>
      <w:r>
        <w:t>Reporting Employee Misconduct</w:t>
      </w:r>
    </w:p>
    <w:p>
      <w:r>
        <w:t>Every employee has an affirmative duty to report misconduct affecting the health, safety, or welfare of a student. Reports involving staff shall be made immediately to the Head of School / Executive Director. Reports involving administrators or board members shall be made directly to the Chairman of the Board.</w:t>
      </w:r>
    </w:p>
    <w:p>
      <w:pPr>
        <w:pStyle w:val="Heading1"/>
      </w:pPr>
      <w:r>
        <w:t>Mandatory Reporting of Child Abuse</w:t>
      </w:r>
    </w:p>
    <w:p>
      <w:r>
        <w:t>All employees have a legal duty to immediately report actual or suspected child abuse, neglect, or abandonment to the Florida Abuse Hotline (1-800-962-2873). Employees should also notify the Head of School unless doing so would compromise the child's safety.</w:t>
      </w:r>
    </w:p>
    <w:p>
      <w:pPr>
        <w:pStyle w:val="Heading1"/>
      </w:pPr>
      <w:r>
        <w:t>Signs That Must Be Reported</w:t>
      </w:r>
    </w:p>
    <w:p>
      <w:r>
        <w:t>Reasonable suspicion of physical abuse, sexual abuse, emotional abuse, or neglect must be reported immediately.</w:t>
      </w:r>
    </w:p>
    <w:p>
      <w:pPr>
        <w:pStyle w:val="Heading1"/>
      </w:pPr>
      <w:r>
        <w:t>Reporting Immunity</w:t>
      </w:r>
    </w:p>
    <w:p>
      <w:r>
        <w:t>Employees making good-faith reports are protected under Florida law. Retaliation against employees who make good-faith reports is prohibited.</w:t>
      </w:r>
    </w:p>
    <w:p>
      <w:pPr>
        <w:pStyle w:val="Heading1"/>
      </w:pPr>
      <w:r>
        <w:t>Employment Reference Immunity</w:t>
      </w:r>
    </w:p>
    <w:p>
      <w:r>
        <w:t>Ignite Christian Academy may disclose factual information about current or former employees in good faith as permitted by Florida law.</w:t>
      </w:r>
    </w:p>
    <w:p>
      <w:pPr>
        <w:pStyle w:val="Heading1"/>
      </w:pPr>
      <w:r>
        <w:t>Posting Requirements</w:t>
      </w:r>
    </w:p>
    <w:p>
      <w:r>
        <w:t>These standards shall be included in the Employee Handbook, reviewed during orientation and annually thereafter, posted in the Front Office and Staff Workroom, and published on the school's website.</w:t>
      </w:r>
    </w:p>
    <w:p>
      <w:pPr>
        <w:pStyle w:val="Heading1"/>
      </w:pPr>
      <w:r>
        <w:t>Employee Acknowledgement</w:t>
      </w:r>
    </w:p>
    <w:p>
      <w:r>
        <w:t>I acknowledge that I have received, read, and understand the Ignite Christian Academy Employee Ethical Standards. I understand that compliance with these standards is a condition of employment and that failure to comply may result in disciplinary action up to and including termination.</w:t>
        <w:br/>
      </w:r>
    </w:p>
    <w:p>
      <w:r>
        <w:t>Employee Name: ____________________________</w:t>
      </w:r>
    </w:p>
    <w:p>
      <w:r>
        <w:t>Signature: _________________________________</w:t>
      </w:r>
    </w:p>
    <w:p>
      <w:r>
        <w:t>Date: _____________________________________</w:t>
      </w:r>
    </w:p>
    <w:p>
      <w:r>
        <w:t>Supervisor: ________________________________</w:t>
      </w:r>
    </w:p>
    <w:sectPr w:rsidR="00FC693F" w:rsidRPr="0006063C" w:rsidSect="00034616">
      <w:pgSz w:w="12240" w:h="15840"/>
      <w:pgMar w:top="108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