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097280" cy="1645920"/>
            <wp:docPr id="1" name="Picture 1"/>
            <wp:cNvGraphicFramePr>
              <a:graphicFrameLocks noChangeAspect="1"/>
            </wp:cNvGraphicFramePr>
            <a:graphic>
              <a:graphicData uri="http://schemas.openxmlformats.org/drawingml/2006/picture">
                <pic:pic>
                  <pic:nvPicPr>
                    <pic:cNvPr id="0" name="LogoTransparent.png"/>
                    <pic:cNvPicPr/>
                  </pic:nvPicPr>
                  <pic:blipFill>
                    <a:blip r:embed="rId9"/>
                    <a:stretch>
                      <a:fillRect/>
                    </a:stretch>
                  </pic:blipFill>
                  <pic:spPr>
                    <a:xfrm>
                      <a:off x="0" y="0"/>
                      <a:ext cx="1097280" cy="1645920"/>
                    </a:xfrm>
                    <a:prstGeom prst="rect"/>
                  </pic:spPr>
                </pic:pic>
              </a:graphicData>
            </a:graphic>
          </wp:inline>
        </w:drawing>
      </w:r>
    </w:p>
    <w:p>
      <w:pPr>
        <w:pStyle w:val="Title"/>
        <w:jc w:val="center"/>
      </w:pPr>
      <w:r>
        <w:t>ICA-REG-001</w:t>
        <w:br/>
        <w:t>Student Application for Admission</w:t>
      </w:r>
    </w:p>
    <w:p>
      <w:pPr>
        <w:jc w:val="center"/>
      </w:pPr>
      <w:r>
        <w:rPr>
          <w:b/>
        </w:rPr>
        <w:t>Ignite Christian Academy</w:t>
        <w:br/>
      </w:r>
      <w:r>
        <w:t>Ignite the Spirit. Educate with Purpose.</w:t>
        <w:br/>
      </w:r>
      <w:r>
        <w:t>Revision 1.0 • Effective July 2026</w:t>
      </w:r>
    </w:p>
    <w:p>
      <w:pPr>
        <w:pStyle w:val="Heading1"/>
      </w:pPr>
      <w:r>
        <w:t>Welcome</w:t>
      </w:r>
    </w:p>
    <w:p>
      <w:r>
        <w:t>Thank you for your interest in Ignite Christian Academy! We believe every child is uniquely created by God and deserves an education that challenges the mind, nurtures the heart, and strengthens character. This application helps us learn about your family and determine how we can best serve your student.</w:t>
      </w:r>
    </w:p>
    <w:p>
      <w:pPr>
        <w:pStyle w:val="Heading1"/>
      </w:pPr>
      <w:r>
        <w:t>1. Student Information</w:t>
      </w:r>
    </w:p>
    <w:p>
      <w:r>
        <w:t>Student Legal Name: ______________________________</w:t>
      </w:r>
    </w:p>
    <w:p>
      <w:r>
        <w:t>Preferred Name: _________________________________</w:t>
      </w:r>
    </w:p>
    <w:p>
      <w:r>
        <w:t>Date of Birth: __________   Applying for Grade: ________</w:t>
      </w:r>
    </w:p>
    <w:p>
      <w:r>
        <w:t>School Year: ____________   Date of Application: __________</w:t>
      </w:r>
    </w:p>
    <w:p>
      <w:r>
        <w:t>Home Address: ____________________________________________</w:t>
      </w:r>
    </w:p>
    <w:p>
      <w:r>
        <w:t>City/State/ZIP: __________________________________________</w:t>
      </w:r>
    </w:p>
    <w:p>
      <w:r>
        <w:t>Student Email (optional): ________________________________</w:t>
      </w:r>
    </w:p>
    <w:p>
      <w:pPr>
        <w:pStyle w:val="Heading1"/>
      </w:pPr>
      <w:r>
        <w:t>2. Parent / Guardian Information</w:t>
      </w:r>
    </w:p>
    <w:p>
      <w:r>
        <w:t>Parent/Guardian 1 Name: ________________________________</w:t>
      </w:r>
    </w:p>
    <w:p>
      <w:r>
        <w:t>Relationship: __________ Phone: _________________________</w:t>
      </w:r>
    </w:p>
    <w:p>
      <w:r>
        <w:t>Email: _________________________________________________</w:t>
      </w:r>
    </w:p>
    <w:p>
      <w:r>
        <w:t>Employer/Occupation: ____________________________________</w:t>
      </w:r>
    </w:p>
    <w:p/>
    <w:p>
      <w:r>
        <w:t>Parent/Guardian 2 Name: ________________________________</w:t>
      </w:r>
    </w:p>
    <w:p>
      <w:r>
        <w:t>Relationship: __________ Phone: _________________________</w:t>
      </w:r>
    </w:p>
    <w:p>
      <w:r>
        <w:t>Email: _________________________________________________</w:t>
      </w:r>
    </w:p>
    <w:p>
      <w:r>
        <w:t>Employer/Occupation: ____________________________________</w:t>
      </w:r>
    </w:p>
    <w:p>
      <w:r>
        <w:t>Legal Custody: ☐ Both ☐ Mother ☐ Father ☐ Guardian ☐ Other</w:t>
      </w:r>
    </w:p>
    <w:p>
      <w:pPr>
        <w:pStyle w:val="Heading1"/>
      </w:pPr>
      <w:r>
        <w:t>3. Emergency Contacts</w:t>
      </w:r>
    </w:p>
    <w:p>
      <w:r>
        <w:t>Primary Emergency Contact: ______________________________</w:t>
      </w:r>
    </w:p>
    <w:p>
      <w:r>
        <w:t>Relationship: __________ Phone: _________________________</w:t>
      </w:r>
    </w:p>
    <w:p>
      <w:r>
        <w:t>Secondary Contact: _____________________________________</w:t>
      </w:r>
    </w:p>
    <w:p>
      <w:r>
        <w:t>Authorized Pick-Up Individuals: __________________________</w:t>
      </w:r>
    </w:p>
    <w:p>
      <w:pPr>
        <w:pStyle w:val="Heading1"/>
      </w:pPr>
      <w:r>
        <w:t>4. Previous School Information</w:t>
      </w:r>
    </w:p>
    <w:p>
      <w:r>
        <w:t>Current/Previous School: ________________________________</w:t>
      </w:r>
    </w:p>
    <w:p>
      <w:r>
        <w:t>Reason for Leaving: _____________________________________</w:t>
      </w:r>
    </w:p>
    <w:p>
      <w:r>
        <w:t>Has student ever been suspended, expelled, retained, or homeschooled? If yes, explain:</w:t>
      </w:r>
    </w:p>
    <w:p>
      <w:r>
        <w:t>_________________________________________________________</w:t>
      </w:r>
    </w:p>
    <w:p>
      <w:pPr>
        <w:pStyle w:val="Heading1"/>
      </w:pPr>
      <w:r>
        <w:t>5. Academic Profile</w:t>
      </w:r>
    </w:p>
    <w:p>
      <w:r>
        <w:t>Favorite Subject: ____________________</w:t>
      </w:r>
    </w:p>
    <w:p>
      <w:r>
        <w:t>Most Challenging Subject: ____________________</w:t>
      </w:r>
    </w:p>
    <w:p>
      <w:r>
        <w:t>Learning Style: ☐ Visual ☐ Auditory ☐ Hands-On ☐ Independent ☐ Group</w:t>
      </w:r>
    </w:p>
    <w:p>
      <w:r>
        <w:t>Current academic supports (if any): _______________________</w:t>
      </w:r>
    </w:p>
    <w:p>
      <w:pPr>
        <w:pStyle w:val="Heading1"/>
      </w:pPr>
      <w:r>
        <w:t>6. Church &amp; Family Information</w:t>
      </w:r>
    </w:p>
    <w:p>
      <w:r>
        <w:t>Home Church: ____________________________________________</w:t>
      </w:r>
    </w:p>
    <w:p>
      <w:r>
        <w:t>What attracted you to Ignite Christian Academy?</w:t>
      </w:r>
    </w:p>
    <w:p>
      <w:r>
        <w:t>_________________________________________________________</w:t>
      </w:r>
    </w:p>
    <w:p>
      <w:r>
        <w:t>Why are you seeking a Christian education?</w:t>
      </w:r>
    </w:p>
    <w:p>
      <w:r>
        <w:t>_________________________________________________________</w:t>
      </w:r>
    </w:p>
    <w:p>
      <w:pPr>
        <w:pStyle w:val="Heading1"/>
      </w:pPr>
      <w:r>
        <w:t>7. Student Interests</w:t>
      </w:r>
    </w:p>
    <w:p>
      <w:r>
        <w:t>Hobbies, sports, music, arts, talents, volunteer activities:</w:t>
      </w:r>
    </w:p>
    <w:p>
      <w:r>
        <w:t>_________________________________________________________</w:t>
      </w:r>
    </w:p>
    <w:p>
      <w:r>
        <w:t>_________________________________________________________</w:t>
      </w:r>
    </w:p>
    <w:p>
      <w:pPr>
        <w:pStyle w:val="Heading1"/>
      </w:pPr>
      <w:r>
        <w:t>8. Parent Partnership Acknowledgement</w:t>
      </w:r>
    </w:p>
    <w:p>
      <w:r>
        <w:t>____ I understand Ignite is a Christ-centered private school.</w:t>
      </w:r>
    </w:p>
    <w:p>
      <w:r>
        <w:t>____ I agree to support school policies.</w:t>
      </w:r>
    </w:p>
    <w:p>
      <w:r>
        <w:t>____ I understand parents are partners in my child's education.</w:t>
      </w:r>
    </w:p>
    <w:p>
      <w:r>
        <w:t>____ I agree to maintain respectful communication with staff.</w:t>
      </w:r>
    </w:p>
    <w:p>
      <w:pPr>
        <w:pStyle w:val="Heading1"/>
      </w:pPr>
      <w:r>
        <w:t>9. Statement of Accuracy</w:t>
      </w:r>
    </w:p>
    <w:p>
      <w:r>
        <w:t>I certify that the information provided is complete and accurate to the best of my knowledge.</w:t>
      </w:r>
    </w:p>
    <w:p/>
    <w:p>
      <w:r>
        <w:t>Parent/Guardian Signature: ____________________ Date: __________</w:t>
      </w:r>
    </w:p>
    <w:p>
      <w:r>
        <w:t>Parent/Guardian Signature: ____________________ Date: __________</w:t>
      </w:r>
    </w:p>
    <w:p>
      <w:pPr>
        <w:pStyle w:val="Heading1"/>
      </w:pPr>
      <w:r>
        <w:t>Office Use Only</w:t>
      </w:r>
    </w:p>
    <w:p>
      <w:r>
        <w:t>☐ Application Received   ☐ Registration Fee Paid   ☐ Interview</w:t>
      </w:r>
    </w:p>
    <w:p>
      <w:r>
        <w:t>☐ Birth Certificate   ☐ Medical Packet   ☐ Scholarship Verified</w:t>
      </w:r>
    </w:p>
    <w:p>
      <w:r>
        <w:t>Administrator: _______________________ Date: __________</w:t>
      </w:r>
    </w:p>
    <w:p>
      <w:pPr>
        <w:pStyle w:val="Heading1"/>
      </w:pPr>
      <w:r>
        <w:t>Getting to Know Your Child (Optional)</w:t>
      </w:r>
    </w:p>
    <w:p>
      <w:r>
        <w:t>What are your child's greatest strengths?</w:t>
      </w:r>
    </w:p>
    <w:p/>
    <w:p>
      <w:r>
        <w:t>What motivates your child?</w:t>
      </w:r>
    </w:p>
    <w:p/>
    <w:p>
      <w:r>
        <w:t>What hopes do you have for your child's education?</w:t>
      </w:r>
    </w:p>
    <w:p/>
    <w:p>
      <w:r>
        <w:t>Is there anything else you'd like us to know before the first day of school?</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